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שתי העמדות בוויכוח על הסלנג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שהתקבלו לעברית משפות 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במשלבי לשון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שהוא מצמצם את 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סימן לחיוניות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יכולה להיעלם אחרי שנה או שנתיים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שתי העמדות מסכימות שהשפה משתנה, הוויכוח הוא על המינון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דוברת טובה יודעת לעבור בין משלבים, לא לוותר על אחד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מזכיר גם ערבית, יידיש ושפות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(גדול, מגיע להרבה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(חיים וכוח)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(רמות לשון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(הכמות שמשתמשים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דוגמה למשפט סלנג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עמדת המתנגדים לסלנג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עמדת התומכים בסלנג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מסקנה על הצורך לדעת לעבור בין משלבים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שאלה פתוחה לקוראים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עמדה ויביא נימוק אחד מהטקסט (למשל שייכות דורית, או צמצום אוצר מילים) ודוגמה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שני משפטים מקבילים המראים הבדל במשלב לשוני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עמדת מתנגדים (צמצום אוצר מילים) ועמדת תומכים (חיוניות ושייכות)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נודניק מיידיש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שמשלב הוא רמת לשון, וחשוב כי יש מצבים רשמיים ולא רשמיים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מילות סלנג שהתלמידים משתמשים בהן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שהטקסט לא פוסל את הסלנג אלא מציג איזון בין משלבים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בוויכוח על מקומו של הסלנג בעברית - האם הוא מצמצם את השפה או מעשיר אותה. נתרגל הבנת הנקרא ונכיר מילים ששאלנו משפות אחרות.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טוענים המתנגדים לסלנג?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מצמצם את אוצר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קשה ללמידה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לא קיים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שפה הגיעה המילה נודניק?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טוענים חוקרי השפה על הסלנג?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מזיק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סימן לחיוניות 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לאסור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תופעה חדשה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משווה הטקסט את השימוש במשלבי 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למילת סלנג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נשארת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יכולה להיעלם אחרי שנה או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הופכת מיד למילה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להשתמש בה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שתי העמדות חושבות שהשפה בכלל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נודניקית היא צורת נקבה של נודניק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דוברת טובה היא מי שמוותרת לגמרי על הסלנג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שאלה מילים רק מהאנגלית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המתנגדים לסלנג טוענים שהרגל הדיבור עובר גם לכתיבה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מילות הסלנג הן השפה הלא __________ של החצר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המתנגדים טוענים שהסלנג __________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העברית __________ מילים מערבית, מיידיש ומשפות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בגדים לחוף ויש בגדים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הסלנג יוצר תחושת __________ ומאפשר לכל דור לבטא את עולמו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חיים וכוח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מצמצם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רמות לשון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הכמות שמשתמשים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המינון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גדול, מגיע להרבה מקומות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על הצורך לדעת לעבור בין משלבים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דוגמה למשפט סלנג יומיומי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לקוראים בסיום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עמדת התומכים בסלנג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עמדת המתנגדים לסלנג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לדעתכם הסלנג הוא עושר או איום לעברית? נמקו עם דוגמה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בסלנג וכתבו אותו שוב בלשון רשמית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העמדות העיקריות בוויכוח על הסלנג?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שהתקבלה לעברית משפה 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משלב לשון, ולמה חשוב לדעת לעבור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שפת הסלנג – איום או עושר?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