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שפת הסלנג – איום או עושר?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שתי העמדות בוויכוח על הסלנג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שהתקבלו לעברית משפות אחרות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במשלבי לשון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שהוא מצמצם את אוצר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מיידיש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שהוא סימן לחיוניות השפה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לבגדים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יכולה להיעלם אחרי שנה או שנתיים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שתי העמדות מסכימות שהשפה משתנה, הוויכוח הוא על המינון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דוברת טובה יודעת לעבור בין משלבים, לא לוותר על אחד מהם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מזכיר גם ערבית, יידיש ושפות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בפסקה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מצמצם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מילים ומשמעותן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(גדול, מגיע להרבה מקומות)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(מקטין)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(חיים וכוח)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(רמות לשון שונות)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(הכמות שמשתמשים 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מבנה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דוגמה למשפט סלנג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הצגת עמדת המתנגדים לסלנג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הצגת עמדת התומכים בסלנג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מסקנה על הצורך לדעת לעבור בין משלבים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שאלה פתוחה לקוראים בסיום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עמדה ויביא נימוק אחד מהטקסט (למשל שייכות דורית, או צמצום אוצר מילים) ודוגמה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יכתוב שני משפטים מקבילים המראים הבדל במשלב לשוני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יציין עמדת מתנגדים (צמצום אוצר מילים) ועמדת תומכים (חיוניות ושייכות)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נודניק מיידיש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שמשלב הוא רמת לשון, וחשוב כי יש מצבים רשמיים ולא רשמיים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מילות סלנג שהתלמידים משתמשים בהן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שהטקסט לא פוסל את הסלנג אלא מציג איזון בין משלבים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שפת הסלנג – איום או עושר?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מדבר על מילות סלנג. יש אנשים שחושבים שהסלנג מזיק לעברית, ויש אנשים שחושבים שהוא עוזר לעברית. נתרגל להבין את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נרחב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גדול, שמגיע להרבה מקומות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מצמצם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מקטין, עושה למועט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חיוניות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חיים, כוח ותנועה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(מילה)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לקחה משפה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שאני חלק מקבוצה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המינון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הכמות, כמה משתמשים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רמות לשון: גבוהה, תקנית, דיבורית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סלנג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לא רשמית של חברים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אומרים האנשים שלא אוהבים סלנג?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מצמצם את אוצר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קשה ללמידה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לא קיים בפועל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מאיזו שפה באה המילה נודניק?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חושבים החוקרים על הסלנג?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מזיק לעברית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סימן לחיוניות השפה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שצריך לאסור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תופעה חדשה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משווים את השימוש בשפה שונה במצבים 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יכול לקרות למילת סלנג עם הזמן?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תמיד נשארת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יכולה להיעלם אחרי שנה או שנתיים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הופכת מיד למילה רשמית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להשתמש בה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שתי העמדות חושבות שהשפה בכלל לא משתנה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נודניקית היא צורת נקבה של נודניק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 דוברת טובה היא מי שמוותרת לגמרי על הסלנג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העברית שאלה מילים רק מהאנגלית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המתנגדים לסלנג טוענים שהרגל הדיבור עובר גם לכתיבה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מילות הסלנג הן השפה הלא __________ של החצר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המתנגדים טוענים שהסלנג __________ את 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העברית __________ מילים מערבית, מיידיש ומשפות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 בגדים לחוף ויש בגדים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הסלנג יוצר תחושת __________ ומאפשר לכל דור לבטא את עולמו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מילים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מקטין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מצמצם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רמות לשון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חיוניות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גדול, מגיע להרבה מקומות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הכמות שמשתמשים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המינון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חיים וכוח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מבנה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מסקנה על הצורך לדעת לעבור בין משלבים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פתוחה לקוראים בסיום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עם דוגמה למשפט סלנג יומיומי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עמדת המתנגדים לסלנג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עמדת התומכים בסלנג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האם לדעתכם הסלנג הוא עושר או איום לעברית? נמקו עם דוגמה אחת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בסלנג וכתבו אותו שוב בלשון רשמית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שתי העמדות העיקריות בוויכוח על הסלנג?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שהתקבלה לעברית משפה אחרת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משלב לשון, ולמה חשוב לדעת לעבור ביניהם?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שפת הסלנג – איום או עושר?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